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sdt>
      <w:sdtPr>
        <w:rPr>
          <w:sz w:val="32"/>
          <w:szCs w:val="32"/>
        </w:rPr>
        <w:id w:val="-292669913"/>
        <w:docPartObj>
          <w:docPartGallery w:val="Cover Pages"/>
          <w:docPartUnique/>
        </w:docPartObj>
      </w:sdtPr>
      <w:sdtContent>
        <w:p w:rsidR="00D32B3E" w:rsidRPr="00D32B3E" w:rsidRDefault="00D32B3E">
          <w:pPr>
            <w:rPr>
              <w:sz w:val="32"/>
              <w:szCs w:val="32"/>
            </w:rPr>
          </w:pPr>
          <w:r w:rsidRPr="00D32B3E">
            <w:rPr>
              <w:noProof/>
              <w:sz w:val="32"/>
              <w:szCs w:val="32"/>
              <w:lang w:val="en-IN" w:eastAsia="en-IN" w:bidi="mr-IN"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wp:positionV relativeFrom="page">
                      <wp:align>center</wp:align>
                    </wp:positionV>
                    <wp:extent cx="6864824" cy="9123528"/>
                    <wp:effectExtent l="0" t="0" r="2540" b="635"/>
                    <wp:wrapNone/>
                    <wp:docPr id="193" name="Group 193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6864824" cy="9123528"/>
                              <a:chOff x="0" y="0"/>
                              <a:chExt cx="6864824" cy="9123528"/>
                            </a:xfrm>
                          </wpg:grpSpPr>
                          <wps:wsp>
                            <wps:cNvPr id="194" name="Rectangle 194"/>
                            <wps:cNvSpPr/>
                            <wps:spPr>
                              <a:xfrm>
                                <a:off x="0" y="0"/>
                                <a:ext cx="6858000" cy="13716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95" name="Rectangle 195"/>
                            <wps:cNvSpPr/>
                            <wps:spPr>
                              <a:xfrm>
                                <a:off x="0" y="4094328"/>
                                <a:ext cx="6858000" cy="50292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sdt>
                                  <w:sdtPr>
                                    <w:rPr>
                                      <w:color w:val="FFFFFF" w:themeColor="background1"/>
                                    </w:rPr>
                                    <w:alias w:val="Author"/>
                                    <w:tag w:val=""/>
                                    <w:id w:val="945428907"/>
    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    <w:text/>
                                  </w:sdtPr>
                                  <w:sdtContent>
                                    <w:p w:rsidR="00D32B3E" w:rsidRDefault="00A24088" w:rsidP="00A24088">
                                      <w:pPr>
                                        <w:pStyle w:val="NoSpacing"/>
                                        <w:spacing w:before="120"/>
                                        <w:rPr>
                                          <w:color w:val="FFFFFF" w:themeColor="background1"/>
                                        </w:rPr>
                                      </w:pPr>
                                      <w:proofErr w:type="spellStart"/>
                                      <w:r>
                                        <w:rPr>
                                          <w:color w:val="FFFFFF" w:themeColor="background1"/>
                                        </w:rPr>
                                        <w:t>cricet</w:t>
                                      </w:r>
                                      <w:proofErr w:type="spellEnd"/>
                                    </w:p>
                                  </w:sdtContent>
                                </w:sdt>
                                <w:p w:rsidR="00D32B3E" w:rsidRDefault="00D32B3E">
                                  <w:pPr>
                                    <w:pStyle w:val="NoSpacing"/>
                                    <w:spacing w:before="120"/>
                                    <w:jc w:val="center"/>
                                    <w:rPr>
                                      <w:color w:val="FFFFFF" w:themeColor="background1"/>
                                    </w:rPr>
                                  </w:pPr>
                                  <w:sdt>
                                    <w:sdtPr>
                                      <w:rPr>
                                        <w:caps/>
                                        <w:color w:val="FFFFFF" w:themeColor="background1"/>
                                      </w:rPr>
                                      <w:alias w:val="Company"/>
                                      <w:tag w:val=""/>
                                      <w:id w:val="1618182777"/>
        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        <w:text/>
                                    </w:sdtPr>
                                    <w:sdtContent>
                                      <w:r w:rsidR="00A24088">
                                        <w:rPr>
                                          <w:caps/>
                                          <w:color w:val="FFFFFF" w:themeColor="background1"/>
                                        </w:rPr>
                                        <w:t>arjun tidke</w:t>
                                      </w:r>
                                    </w:sdtContent>
                                  </w:sdt>
                                  <w:r>
                                    <w:rPr>
                                      <w:color w:val="FFFFFF" w:themeColor="background1"/>
                                    </w:rPr>
                                    <w:t>  </w:t>
                                  </w:r>
                                  <w:proofErr w:type="spellStart"/>
                                  <w:sdt>
                                    <w:sdtPr>
                                      <w:rPr>
                                        <w:color w:val="FFFFFF" w:themeColor="background1"/>
                                      </w:rPr>
                                      <w:alias w:val="Address"/>
                                      <w:tag w:val=""/>
                                      <w:id w:val="-253358678"/>
        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        <w:text/>
                                    </w:sdtPr>
                                    <w:sdtContent>
                                      <w:r w:rsidR="00A24088">
                                        <w:rPr>
                                          <w:color w:val="FFFFFF" w:themeColor="background1"/>
                                        </w:rPr>
                                        <w:t>jalna</w:t>
                                      </w:r>
                                      <w:proofErr w:type="spellEnd"/>
                                      <w:r w:rsidR="00A24088">
                                        <w:rPr>
                                          <w:color w:val="FFFFFF" w:themeColor="background1"/>
                                        </w:rPr>
                                        <w:t xml:space="preserve"> </w:t>
                                      </w:r>
                                      <w:proofErr w:type="spellStart"/>
                                      <w:r w:rsidR="00A24088">
                                        <w:rPr>
                                          <w:color w:val="FFFFFF" w:themeColor="background1"/>
                                        </w:rPr>
                                        <w:t>maharastra</w:t>
                                      </w:r>
                                      <w:proofErr w:type="spellEnd"/>
                                    </w:sdtContent>
                                  </w:sdt>
                                </w:p>
                              </w:txbxContent>
                            </wps:txbx>
                            <wps:bodyPr rot="0" spcFirstLastPara="0" vertOverflow="overflow" horzOverflow="overflow" vert="horz" wrap="square" lIns="457200" tIns="731520" rIns="457200" bIns="457200" numCol="1" spcCol="0" rtlCol="0" fromWordArt="0" anchor="b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96" name="Text Box 196"/>
                            <wps:cNvSpPr txBox="1"/>
                            <wps:spPr>
                              <a:xfrm>
                                <a:off x="6824" y="1371600"/>
                                <a:ext cx="6858000" cy="2722728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sdt>
                                  <w:sdtPr>
                                    <w:rPr>
                                      <w:rFonts w:asciiTheme="majorHAnsi" w:eastAsiaTheme="majorEastAsia" w:hAnsiTheme="majorHAnsi" w:cstheme="majorBidi"/>
                                      <w:caps/>
                                      <w:color w:val="4F81BD" w:themeColor="accent1"/>
                                      <w:sz w:val="72"/>
                                      <w:szCs w:val="72"/>
                                    </w:rPr>
                                    <w:alias w:val="Title"/>
                                    <w:tag w:val=""/>
                                    <w:id w:val="-9991715"/>
                                    <w:showingPlcHdr/>
  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  <w:text/>
                                  </w:sdtPr>
                                  <w:sdtContent>
                                    <w:p w:rsidR="00D32B3E" w:rsidRDefault="00D32B3E">
                                      <w:pPr>
                                        <w:pStyle w:val="NoSpacing"/>
                                        <w:jc w:val="center"/>
                                        <w:rPr>
                                          <w:rFonts w:asciiTheme="majorHAnsi" w:eastAsiaTheme="majorEastAsia" w:hAnsiTheme="majorHAnsi" w:cstheme="majorBidi"/>
                                          <w:caps/>
                                          <w:color w:val="4F81BD" w:themeColor="accent1"/>
                                          <w:sz w:val="72"/>
                                          <w:szCs w:val="72"/>
                                        </w:rPr>
                                      </w:pPr>
                                      <w:r>
                                        <w:rPr>
                                          <w:rFonts w:asciiTheme="majorHAnsi" w:eastAsiaTheme="majorEastAsia" w:hAnsiTheme="majorHAnsi" w:cstheme="majorBidi"/>
                                          <w:caps/>
                                          <w:color w:val="4F81BD" w:themeColor="accent1"/>
                                          <w:sz w:val="72"/>
                                          <w:szCs w:val="72"/>
                                        </w:rPr>
                                        <w:t>[Document title]</w:t>
                                      </w:r>
                                    </w:p>
                                  </w:sdtContent>
                                </w:sdt>
                              </w:txbxContent>
                            </wps:txbx>
                            <wps:bodyPr rot="0" spcFirstLastPara="0" vertOverflow="overflow" horzOverflow="overflow" vert="horz" wrap="square" lIns="457200" tIns="91440" rIns="457200" bIns="9144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88200</wp14:pctWidth>
                    </wp14:sizeRelH>
                    <wp14:sizeRelV relativeFrom="page">
                      <wp14:pctHeight>90900</wp14:pctHeight>
                    </wp14:sizeRelV>
                  </wp:anchor>
                </w:drawing>
              </mc:Choice>
              <mc:Fallback>
                <w:pict>
                  <v:group id="Group 193" o:spid="_x0000_s1026" style="position:absolute;margin-left:0;margin-top:0;width:540.55pt;height:718.4pt;z-index:-251657216;mso-width-percent:882;mso-height-percent:909;mso-position-horizontal:center;mso-position-horizontal-relative:page;mso-position-vertical:center;mso-position-vertical-relative:page;mso-width-percent:882;mso-height-percent:909" coordsize="68648,912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">
                    <v:rect id="Rectangle 194" o:spid="_x0000_s1027" style="position:absolute;width:68580;height:1371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" fillcolor="#4f81bd [3204]" stroked="f" strokeweight="2pt"/>
                    <v:rect id="Rectangle 195" o:spid="_x0000_s1028" style="position:absolute;top:40943;width:68580;height:5029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" fillcolor="#4f81bd [3204]" stroked="f" strokeweight="2pt">
                      <v:textbox inset="36pt,57.6pt,36pt,36pt">
                        <w:txbxContent>
                          <w:sdt>
                            <w:sdtPr>
                              <w:rPr>
                                <w:color w:val="FFFFFF" w:themeColor="background1"/>
                              </w:rPr>
                              <w:alias w:val="Author"/>
                              <w:tag w:val=""/>
                              <w:id w:val="945428907"/>
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<w:text/>
                            </w:sdtPr>
                            <w:sdtContent>
                              <w:p w:rsidR="00D32B3E" w:rsidRDefault="00A24088" w:rsidP="00A24088">
                                <w:pPr>
                                  <w:pStyle w:val="NoSpacing"/>
                                  <w:spacing w:before="120"/>
                                  <w:rPr>
                                    <w:color w:val="FFFFFF" w:themeColor="background1"/>
                                  </w:rPr>
                                </w:pPr>
                                <w:proofErr w:type="spellStart"/>
                                <w:r>
                                  <w:rPr>
                                    <w:color w:val="FFFFFF" w:themeColor="background1"/>
                                  </w:rPr>
                                  <w:t>cricet</w:t>
                                </w:r>
                                <w:proofErr w:type="spellEnd"/>
                              </w:p>
                            </w:sdtContent>
                          </w:sdt>
                          <w:p w:rsidR="00D32B3E" w:rsidRDefault="00D32B3E">
                            <w:pPr>
                              <w:pStyle w:val="NoSpacing"/>
                              <w:spacing w:before="120"/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sdt>
                              <w:sdtPr>
                                <w:rPr>
                                  <w:caps/>
                                  <w:color w:val="FFFFFF" w:themeColor="background1"/>
                                </w:rPr>
                                <w:alias w:val="Company"/>
                                <w:tag w:val=""/>
                                <w:id w:val="1618182777"/>
  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  <w:text/>
                              </w:sdtPr>
                              <w:sdtContent>
                                <w:r w:rsidR="00A24088">
                                  <w:rPr>
                                    <w:caps/>
                                    <w:color w:val="FFFFFF" w:themeColor="background1"/>
                                  </w:rPr>
                                  <w:t>arjun tidke</w:t>
                                </w:r>
                              </w:sdtContent>
                            </w:sdt>
                            <w:r>
                              <w:rPr>
                                <w:color w:val="FFFFFF" w:themeColor="background1"/>
                              </w:rPr>
                              <w:t>  </w:t>
                            </w:r>
                            <w:proofErr w:type="spellStart"/>
                            <w:sdt>
                              <w:sdtPr>
                                <w:rPr>
                                  <w:color w:val="FFFFFF" w:themeColor="background1"/>
                                </w:rPr>
                                <w:alias w:val="Address"/>
                                <w:tag w:val=""/>
                                <w:id w:val="-253358678"/>
  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  <w:text/>
                              </w:sdtPr>
                              <w:sdtContent>
                                <w:r w:rsidR="00A24088">
                                  <w:rPr>
                                    <w:color w:val="FFFFFF" w:themeColor="background1"/>
                                  </w:rPr>
                                  <w:t>jalna</w:t>
                                </w:r>
                                <w:proofErr w:type="spellEnd"/>
                                <w:r w:rsidR="00A24088">
                                  <w:rPr>
                                    <w:color w:val="FFFFFF" w:themeColor="background1"/>
                                  </w:rPr>
                                  <w:t xml:space="preserve"> </w:t>
                                </w:r>
                                <w:proofErr w:type="spellStart"/>
                                <w:r w:rsidR="00A24088">
                                  <w:rPr>
                                    <w:color w:val="FFFFFF" w:themeColor="background1"/>
                                  </w:rPr>
                                  <w:t>maharastra</w:t>
                                </w:r>
                                <w:proofErr w:type="spellEnd"/>
                              </w:sdtContent>
                            </w:sdt>
                          </w:p>
                        </w:txbxContent>
                      </v:textbox>
                    </v:re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96" o:spid="_x0000_s1029" type="#_x0000_t202" style="position:absolute;left:68;top:13716;width:68580;height:2722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" fillcolor="white [3212]" stroked="f" strokeweight=".5pt">
                      <v:textbox inset="36pt,7.2pt,36pt,7.2pt">
                        <w:txbxContent>
                          <w:sdt>
                            <w:sdtPr>
                              <w:rPr>
                                <w:rFonts w:asciiTheme="majorHAnsi" w:eastAsiaTheme="majorEastAsia" w:hAnsiTheme="majorHAnsi" w:cstheme="majorBidi"/>
                                <w:caps/>
                                <w:color w:val="4F81BD" w:themeColor="accent1"/>
                                <w:sz w:val="72"/>
                                <w:szCs w:val="72"/>
                              </w:rPr>
                              <w:alias w:val="Title"/>
                              <w:tag w:val=""/>
                              <w:id w:val="-9991715"/>
                              <w:showingPlcHdr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/>
                            </w:sdtPr>
                            <w:sdtContent>
                              <w:p w:rsidR="00D32B3E" w:rsidRDefault="00D32B3E">
                                <w:pPr>
                                  <w:pStyle w:val="NoSpacing"/>
                                  <w:jc w:val="center"/>
                                  <w:rPr>
                                    <w:rFonts w:asciiTheme="majorHAnsi" w:eastAsiaTheme="majorEastAsia" w:hAnsiTheme="majorHAnsi" w:cstheme="majorBidi"/>
                                    <w:caps/>
                                    <w:color w:val="4F81BD" w:themeColor="accent1"/>
                                    <w:sz w:val="72"/>
                                    <w:szCs w:val="72"/>
                                  </w:rPr>
                                </w:pPr>
                                <w:r>
                                  <w:rPr>
                                    <w:rFonts w:asciiTheme="majorHAnsi" w:eastAsiaTheme="majorEastAsia" w:hAnsiTheme="majorHAnsi" w:cstheme="majorBidi"/>
                                    <w:caps/>
                                    <w:color w:val="4F81BD" w:themeColor="accent1"/>
                                    <w:sz w:val="72"/>
                                    <w:szCs w:val="72"/>
                                  </w:rPr>
                                  <w:t>[Document title]</w:t>
                                </w:r>
                              </w:p>
                            </w:sdtContent>
                          </w:sdt>
                        </w:txbxContent>
                      </v:textbox>
                    </v:shape>
                    <w10:wrap anchorx="page" anchory="page"/>
                  </v:group>
                </w:pict>
              </mc:Fallback>
            </mc:AlternateContent>
          </w:r>
        </w:p>
        <w:p w:rsidR="00D32B3E" w:rsidRPr="00D32B3E" w:rsidRDefault="00D32B3E">
          <w:pPr>
            <w:rPr>
              <w:sz w:val="32"/>
              <w:szCs w:val="32"/>
            </w:rPr>
          </w:pPr>
          <w:r w:rsidRPr="00D32B3E">
            <w:rPr>
              <w:sz w:val="32"/>
              <w:szCs w:val="32"/>
            </w:rPr>
            <w:br w:type="page"/>
          </w:r>
        </w:p>
      </w:sdtContent>
    </w:sdt>
    <w:p w:rsidR="008E4368" w:rsidRPr="00D32B3E" w:rsidRDefault="00D32B3E">
      <w:pPr>
        <w:pStyle w:val="Title"/>
        <w:rPr>
          <w:sz w:val="32"/>
          <w:szCs w:val="32"/>
        </w:rPr>
      </w:pPr>
      <w:r w:rsidRPr="00D32B3E">
        <w:rPr>
          <w:sz w:val="32"/>
          <w:szCs w:val="32"/>
        </w:rPr>
        <w:lastRenderedPageBreak/>
        <w:t>Future Champ Cricket Academy</w:t>
      </w:r>
      <w:r w:rsidRPr="00D32B3E">
        <w:rPr>
          <w:sz w:val="32"/>
          <w:szCs w:val="32"/>
        </w:rPr>
        <w:br/>
      </w:r>
      <w:r w:rsidRPr="00D32B3E">
        <w:rPr>
          <w:rFonts w:cs="Mangal"/>
          <w:sz w:val="32"/>
          <w:szCs w:val="32"/>
          <w:cs/>
          <w:lang w:bidi="hi-IN"/>
        </w:rPr>
        <w:t>अंडर</w:t>
      </w:r>
      <w:r w:rsidRPr="00D32B3E">
        <w:rPr>
          <w:sz w:val="32"/>
          <w:szCs w:val="32"/>
        </w:rPr>
        <w:t xml:space="preserve"> 12 </w:t>
      </w:r>
      <w:r w:rsidRPr="00D32B3E">
        <w:rPr>
          <w:rFonts w:cs="Mangal"/>
          <w:sz w:val="32"/>
          <w:szCs w:val="32"/>
          <w:cs/>
          <w:lang w:bidi="hi-IN"/>
        </w:rPr>
        <w:t>वर्ष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के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बच्चों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के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लिए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क्रिकेट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अकैडमी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गाइड</w:t>
      </w:r>
    </w:p>
    <w:p w:rsidR="008E4368" w:rsidRPr="00D32B3E" w:rsidRDefault="00D32B3E">
      <w:pPr>
        <w:rPr>
          <w:sz w:val="32"/>
          <w:szCs w:val="32"/>
        </w:rPr>
      </w:pPr>
      <w:r w:rsidRPr="00D32B3E">
        <w:rPr>
          <w:sz w:val="32"/>
          <w:szCs w:val="32"/>
        </w:rPr>
        <w:br/>
      </w:r>
      <w:r w:rsidRPr="00D32B3E">
        <w:rPr>
          <w:rFonts w:cs="Mangal"/>
          <w:b/>
          <w:bCs/>
          <w:sz w:val="32"/>
          <w:szCs w:val="32"/>
          <w:cs/>
          <w:lang w:bidi="hi-IN"/>
        </w:rPr>
        <w:t>प्रस्तावना</w:t>
      </w:r>
      <w:r w:rsidRPr="00D32B3E">
        <w:rPr>
          <w:sz w:val="32"/>
          <w:szCs w:val="32"/>
        </w:rPr>
        <w:br/>
        <w:t xml:space="preserve">Future Champ Cricket Academy </w:t>
      </w:r>
      <w:r w:rsidRPr="00D32B3E">
        <w:rPr>
          <w:rFonts w:cs="Mangal"/>
          <w:sz w:val="32"/>
          <w:szCs w:val="32"/>
          <w:cs/>
          <w:lang w:bidi="hi-IN"/>
        </w:rPr>
        <w:t>का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उद्देश्य</w:t>
      </w:r>
      <w:r w:rsidRPr="00D32B3E">
        <w:rPr>
          <w:sz w:val="32"/>
          <w:szCs w:val="32"/>
        </w:rPr>
        <w:t xml:space="preserve"> 12 </w:t>
      </w:r>
      <w:r w:rsidRPr="00D32B3E">
        <w:rPr>
          <w:rFonts w:cs="Mangal"/>
          <w:sz w:val="32"/>
          <w:szCs w:val="32"/>
          <w:cs/>
          <w:lang w:bidi="hi-IN"/>
        </w:rPr>
        <w:t>वर्ष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से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कम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उम्र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के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बच्चों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को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क्रिकेट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की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मजबूत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नींव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देना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है।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इस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उम्र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में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सही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मार्गदर्शन</w:t>
      </w:r>
      <w:r w:rsidRPr="00D32B3E">
        <w:rPr>
          <w:sz w:val="32"/>
          <w:szCs w:val="32"/>
        </w:rPr>
        <w:t xml:space="preserve">, </w:t>
      </w:r>
      <w:r w:rsidRPr="00D32B3E">
        <w:rPr>
          <w:rFonts w:cs="Mangal"/>
          <w:sz w:val="32"/>
          <w:szCs w:val="32"/>
          <w:cs/>
          <w:lang w:bidi="hi-IN"/>
        </w:rPr>
        <w:t>अनुशासन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और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सुरक्षित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प्रशिक्षण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बच्चे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के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भविष्य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को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आकार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देता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है।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यह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ई</w:t>
      </w:r>
      <w:r w:rsidRPr="00D32B3E">
        <w:rPr>
          <w:sz w:val="32"/>
          <w:szCs w:val="32"/>
        </w:rPr>
        <w:t>-</w:t>
      </w:r>
      <w:r w:rsidRPr="00D32B3E">
        <w:rPr>
          <w:rFonts w:cs="Mangal"/>
          <w:sz w:val="32"/>
          <w:szCs w:val="32"/>
          <w:cs/>
          <w:lang w:bidi="hi-IN"/>
        </w:rPr>
        <w:t>बुक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कोच</w:t>
      </w:r>
      <w:r w:rsidRPr="00D32B3E">
        <w:rPr>
          <w:sz w:val="32"/>
          <w:szCs w:val="32"/>
        </w:rPr>
        <w:t xml:space="preserve">, </w:t>
      </w:r>
      <w:r w:rsidRPr="00D32B3E">
        <w:rPr>
          <w:rFonts w:cs="Mangal"/>
          <w:sz w:val="32"/>
          <w:szCs w:val="32"/>
          <w:cs/>
          <w:lang w:bidi="hi-IN"/>
        </w:rPr>
        <w:t>माता</w:t>
      </w:r>
      <w:r w:rsidRPr="00D32B3E">
        <w:rPr>
          <w:sz w:val="32"/>
          <w:szCs w:val="32"/>
        </w:rPr>
        <w:t>-</w:t>
      </w:r>
      <w:r w:rsidRPr="00D32B3E">
        <w:rPr>
          <w:rFonts w:cs="Mangal"/>
          <w:sz w:val="32"/>
          <w:szCs w:val="32"/>
          <w:cs/>
          <w:lang w:bidi="hi-IN"/>
        </w:rPr>
        <w:t>पिता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और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बच्चों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के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लिए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एक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संपूर्ण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मार्गदर्शिका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है।</w:t>
      </w:r>
    </w:p>
    <w:p w:rsidR="008E4368" w:rsidRPr="00D32B3E" w:rsidRDefault="00D32B3E">
      <w:pPr>
        <w:rPr>
          <w:sz w:val="32"/>
          <w:szCs w:val="32"/>
        </w:rPr>
      </w:pPr>
      <w:r w:rsidRPr="00D32B3E">
        <w:rPr>
          <w:rFonts w:cs="Mangal"/>
          <w:sz w:val="32"/>
          <w:szCs w:val="32"/>
          <w:cs/>
          <w:lang w:bidi="hi-IN"/>
        </w:rPr>
        <w:t>अध्याय</w:t>
      </w:r>
      <w:r w:rsidRPr="00D32B3E">
        <w:rPr>
          <w:sz w:val="32"/>
          <w:szCs w:val="32"/>
        </w:rPr>
        <w:t xml:space="preserve"> 1: </w:t>
      </w:r>
      <w:r w:rsidRPr="00D32B3E">
        <w:rPr>
          <w:rFonts w:cs="Mangal"/>
          <w:sz w:val="32"/>
          <w:szCs w:val="32"/>
          <w:cs/>
          <w:lang w:bidi="hi-IN"/>
        </w:rPr>
        <w:t>अंडर</w:t>
      </w:r>
      <w:r w:rsidRPr="00D32B3E">
        <w:rPr>
          <w:sz w:val="32"/>
          <w:szCs w:val="32"/>
        </w:rPr>
        <w:t xml:space="preserve"> 12 </w:t>
      </w:r>
      <w:r w:rsidRPr="00D32B3E">
        <w:rPr>
          <w:rFonts w:cs="Mangal"/>
          <w:sz w:val="32"/>
          <w:szCs w:val="32"/>
          <w:cs/>
          <w:lang w:bidi="hi-IN"/>
        </w:rPr>
        <w:t>उम्र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का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महत्व</w:t>
      </w:r>
      <w:r w:rsidRPr="00D32B3E">
        <w:rPr>
          <w:sz w:val="32"/>
          <w:szCs w:val="32"/>
        </w:rPr>
        <w:br/>
      </w:r>
      <w:r w:rsidRPr="00D32B3E">
        <w:rPr>
          <w:rFonts w:cs="Mangal"/>
          <w:sz w:val="32"/>
          <w:szCs w:val="32"/>
          <w:cs/>
          <w:lang w:bidi="hi-IN"/>
        </w:rPr>
        <w:t>इस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उम्र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में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बच्चे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जल्दी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सीखते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हैं।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उनकी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मांसपेशियां</w:t>
      </w:r>
      <w:r w:rsidRPr="00D32B3E">
        <w:rPr>
          <w:sz w:val="32"/>
          <w:szCs w:val="32"/>
        </w:rPr>
        <w:t xml:space="preserve">, </w:t>
      </w:r>
      <w:r w:rsidRPr="00D32B3E">
        <w:rPr>
          <w:rFonts w:cs="Mangal"/>
          <w:sz w:val="32"/>
          <w:szCs w:val="32"/>
          <w:cs/>
          <w:lang w:bidi="hi-IN"/>
        </w:rPr>
        <w:t>दिमाग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और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रिफ्लेक्स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तेजी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से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विकसित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होते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हैं।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यदि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इस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समय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सही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तकनीक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सिखाई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जाए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तो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आगे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चलकर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वे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बेहतर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खिलाड़ी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बन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सकते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हैं।</w:t>
      </w:r>
    </w:p>
    <w:p w:rsidR="008E4368" w:rsidRPr="00D32B3E" w:rsidRDefault="00D32B3E">
      <w:pPr>
        <w:rPr>
          <w:sz w:val="32"/>
          <w:szCs w:val="32"/>
        </w:rPr>
      </w:pPr>
      <w:r w:rsidRPr="00D32B3E">
        <w:rPr>
          <w:rFonts w:cs="Mangal"/>
          <w:b/>
          <w:bCs/>
          <w:sz w:val="32"/>
          <w:szCs w:val="32"/>
          <w:cs/>
          <w:lang w:bidi="hi-IN"/>
        </w:rPr>
        <w:t>अध्याय</w:t>
      </w:r>
      <w:r w:rsidRPr="00D32B3E">
        <w:rPr>
          <w:b/>
          <w:bCs/>
          <w:sz w:val="32"/>
          <w:szCs w:val="32"/>
        </w:rPr>
        <w:t xml:space="preserve"> 2: </w:t>
      </w:r>
      <w:r w:rsidRPr="00D32B3E">
        <w:rPr>
          <w:rFonts w:cs="Mangal"/>
          <w:b/>
          <w:bCs/>
          <w:sz w:val="32"/>
          <w:szCs w:val="32"/>
          <w:cs/>
          <w:lang w:bidi="hi-IN"/>
        </w:rPr>
        <w:t>क्रिकेट</w:t>
      </w:r>
      <w:r w:rsidRPr="00D32B3E">
        <w:rPr>
          <w:b/>
          <w:bCs/>
          <w:sz w:val="32"/>
          <w:szCs w:val="32"/>
        </w:rPr>
        <w:t xml:space="preserve"> </w:t>
      </w:r>
      <w:r w:rsidRPr="00D32B3E">
        <w:rPr>
          <w:rFonts w:cs="Mangal"/>
          <w:b/>
          <w:bCs/>
          <w:sz w:val="32"/>
          <w:szCs w:val="32"/>
          <w:cs/>
          <w:lang w:bidi="hi-IN"/>
        </w:rPr>
        <w:t>की</w:t>
      </w:r>
      <w:r w:rsidRPr="00D32B3E">
        <w:rPr>
          <w:b/>
          <w:bCs/>
          <w:sz w:val="32"/>
          <w:szCs w:val="32"/>
        </w:rPr>
        <w:t xml:space="preserve"> </w:t>
      </w:r>
      <w:r w:rsidRPr="00D32B3E">
        <w:rPr>
          <w:rFonts w:cs="Mangal"/>
          <w:b/>
          <w:bCs/>
          <w:sz w:val="32"/>
          <w:szCs w:val="32"/>
          <w:cs/>
          <w:lang w:bidi="hi-IN"/>
        </w:rPr>
        <w:t>मूल</w:t>
      </w:r>
      <w:r w:rsidRPr="00D32B3E">
        <w:rPr>
          <w:b/>
          <w:bCs/>
          <w:sz w:val="32"/>
          <w:szCs w:val="32"/>
        </w:rPr>
        <w:t xml:space="preserve"> </w:t>
      </w:r>
      <w:r w:rsidRPr="00D32B3E">
        <w:rPr>
          <w:rFonts w:cs="Mangal"/>
          <w:b/>
          <w:bCs/>
          <w:sz w:val="32"/>
          <w:szCs w:val="32"/>
          <w:cs/>
          <w:lang w:bidi="hi-IN"/>
        </w:rPr>
        <w:t>बातें</w:t>
      </w:r>
      <w:r w:rsidRPr="00D32B3E">
        <w:rPr>
          <w:sz w:val="32"/>
          <w:szCs w:val="32"/>
        </w:rPr>
        <w:br/>
      </w:r>
      <w:r w:rsidRPr="00D32B3E">
        <w:rPr>
          <w:rFonts w:cs="Mangal"/>
          <w:sz w:val="32"/>
          <w:szCs w:val="32"/>
          <w:cs/>
          <w:lang w:bidi="hi-IN"/>
        </w:rPr>
        <w:t>क्रिकेट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केवल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बैट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और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बॉल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का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खेल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नहीं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है।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इसमें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टीमवर्क</w:t>
      </w:r>
      <w:r w:rsidRPr="00D32B3E">
        <w:rPr>
          <w:sz w:val="32"/>
          <w:szCs w:val="32"/>
        </w:rPr>
        <w:t xml:space="preserve">, </w:t>
      </w:r>
      <w:r w:rsidRPr="00D32B3E">
        <w:rPr>
          <w:rFonts w:cs="Mangal"/>
          <w:sz w:val="32"/>
          <w:szCs w:val="32"/>
          <w:cs/>
          <w:lang w:bidi="hi-IN"/>
        </w:rPr>
        <w:t>अनुशासन</w:t>
      </w:r>
      <w:r w:rsidRPr="00D32B3E">
        <w:rPr>
          <w:sz w:val="32"/>
          <w:szCs w:val="32"/>
        </w:rPr>
        <w:t xml:space="preserve">, </w:t>
      </w:r>
      <w:r w:rsidRPr="00D32B3E">
        <w:rPr>
          <w:rFonts w:cs="Mangal"/>
          <w:sz w:val="32"/>
          <w:szCs w:val="32"/>
          <w:cs/>
          <w:lang w:bidi="hi-IN"/>
        </w:rPr>
        <w:t>धैर्य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और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रणनीति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शामिल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है।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बच्चों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को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शुरुआत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में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खेल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के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नियम</w:t>
      </w:r>
      <w:r w:rsidRPr="00D32B3E">
        <w:rPr>
          <w:sz w:val="32"/>
          <w:szCs w:val="32"/>
        </w:rPr>
        <w:t xml:space="preserve">, </w:t>
      </w:r>
      <w:r w:rsidRPr="00D32B3E">
        <w:rPr>
          <w:rFonts w:cs="Mangal"/>
          <w:sz w:val="32"/>
          <w:szCs w:val="32"/>
          <w:cs/>
          <w:lang w:bidi="hi-IN"/>
        </w:rPr>
        <w:t>फील्ड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पोजीशन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और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बेसिक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स्कोरिंग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समझाई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जानी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चाहिए।</w:t>
      </w:r>
    </w:p>
    <w:p w:rsidR="008E4368" w:rsidRPr="00D32B3E" w:rsidRDefault="00D32B3E">
      <w:pPr>
        <w:rPr>
          <w:sz w:val="32"/>
          <w:szCs w:val="32"/>
        </w:rPr>
      </w:pPr>
      <w:r w:rsidRPr="00D32B3E">
        <w:rPr>
          <w:rFonts w:cs="Mangal"/>
          <w:b/>
          <w:bCs/>
          <w:sz w:val="32"/>
          <w:szCs w:val="32"/>
          <w:cs/>
          <w:lang w:bidi="hi-IN"/>
        </w:rPr>
        <w:t>अध्याय</w:t>
      </w:r>
      <w:r w:rsidRPr="00D32B3E">
        <w:rPr>
          <w:b/>
          <w:bCs/>
          <w:sz w:val="32"/>
          <w:szCs w:val="32"/>
        </w:rPr>
        <w:t xml:space="preserve"> 3: </w:t>
      </w:r>
      <w:r w:rsidRPr="00D32B3E">
        <w:rPr>
          <w:rFonts w:cs="Mangal"/>
          <w:b/>
          <w:bCs/>
          <w:sz w:val="32"/>
          <w:szCs w:val="32"/>
          <w:cs/>
          <w:lang w:bidi="hi-IN"/>
        </w:rPr>
        <w:t>बैटिंग</w:t>
      </w:r>
      <w:r w:rsidRPr="00D32B3E">
        <w:rPr>
          <w:b/>
          <w:bCs/>
          <w:sz w:val="32"/>
          <w:szCs w:val="32"/>
        </w:rPr>
        <w:t xml:space="preserve"> </w:t>
      </w:r>
      <w:r w:rsidRPr="00D32B3E">
        <w:rPr>
          <w:rFonts w:cs="Mangal"/>
          <w:b/>
          <w:bCs/>
          <w:sz w:val="32"/>
          <w:szCs w:val="32"/>
          <w:cs/>
          <w:lang w:bidi="hi-IN"/>
        </w:rPr>
        <w:t>ट्रेनिंग</w:t>
      </w:r>
      <w:r w:rsidRPr="00D32B3E">
        <w:rPr>
          <w:sz w:val="32"/>
          <w:szCs w:val="32"/>
        </w:rPr>
        <w:br/>
      </w:r>
      <w:r w:rsidRPr="00D32B3E">
        <w:rPr>
          <w:rFonts w:cs="Mangal"/>
          <w:sz w:val="32"/>
          <w:szCs w:val="32"/>
          <w:cs/>
          <w:lang w:bidi="hi-IN"/>
        </w:rPr>
        <w:t>बच्चों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को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सही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ग्रिप</w:t>
      </w:r>
      <w:r w:rsidRPr="00D32B3E">
        <w:rPr>
          <w:sz w:val="32"/>
          <w:szCs w:val="32"/>
        </w:rPr>
        <w:t xml:space="preserve">, </w:t>
      </w:r>
      <w:r w:rsidRPr="00D32B3E">
        <w:rPr>
          <w:rFonts w:cs="Mangal"/>
          <w:sz w:val="32"/>
          <w:szCs w:val="32"/>
          <w:cs/>
          <w:lang w:bidi="hi-IN"/>
        </w:rPr>
        <w:t>स्टांस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और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बैलेंस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सिखाना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जरूरी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है।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शुरुआत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में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टेनिस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बॉल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या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सॉफ्ट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बॉल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से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अभ्यास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कराया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जाना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चाहिए।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फोकस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टाइमिंग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और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आंख</w:t>
      </w:r>
      <w:r w:rsidRPr="00D32B3E">
        <w:rPr>
          <w:sz w:val="32"/>
          <w:szCs w:val="32"/>
        </w:rPr>
        <w:t>-</w:t>
      </w:r>
      <w:r w:rsidRPr="00D32B3E">
        <w:rPr>
          <w:rFonts w:cs="Mangal"/>
          <w:sz w:val="32"/>
          <w:szCs w:val="32"/>
          <w:cs/>
          <w:lang w:bidi="hi-IN"/>
        </w:rPr>
        <w:t>हाथ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समन्वय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पर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होना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चाहिए।</w:t>
      </w:r>
    </w:p>
    <w:p w:rsidR="008E4368" w:rsidRPr="00D32B3E" w:rsidRDefault="00D32B3E">
      <w:pPr>
        <w:rPr>
          <w:sz w:val="32"/>
          <w:szCs w:val="32"/>
        </w:rPr>
      </w:pPr>
      <w:r w:rsidRPr="00D32B3E">
        <w:rPr>
          <w:rFonts w:cs="Mangal"/>
          <w:b/>
          <w:bCs/>
          <w:sz w:val="32"/>
          <w:szCs w:val="32"/>
          <w:cs/>
          <w:lang w:bidi="hi-IN"/>
        </w:rPr>
        <w:lastRenderedPageBreak/>
        <w:t>अध्याय</w:t>
      </w:r>
      <w:r w:rsidRPr="00D32B3E">
        <w:rPr>
          <w:b/>
          <w:bCs/>
          <w:sz w:val="32"/>
          <w:szCs w:val="32"/>
        </w:rPr>
        <w:t xml:space="preserve"> 4: </w:t>
      </w:r>
      <w:r w:rsidRPr="00D32B3E">
        <w:rPr>
          <w:rFonts w:cs="Mangal"/>
          <w:b/>
          <w:bCs/>
          <w:sz w:val="32"/>
          <w:szCs w:val="32"/>
          <w:cs/>
          <w:lang w:bidi="hi-IN"/>
        </w:rPr>
        <w:t>बॉलिंग</w:t>
      </w:r>
      <w:r w:rsidRPr="00D32B3E">
        <w:rPr>
          <w:b/>
          <w:bCs/>
          <w:sz w:val="32"/>
          <w:szCs w:val="32"/>
        </w:rPr>
        <w:t xml:space="preserve"> </w:t>
      </w:r>
      <w:r w:rsidRPr="00D32B3E">
        <w:rPr>
          <w:rFonts w:cs="Mangal"/>
          <w:b/>
          <w:bCs/>
          <w:sz w:val="32"/>
          <w:szCs w:val="32"/>
          <w:cs/>
          <w:lang w:bidi="hi-IN"/>
        </w:rPr>
        <w:t>ट्रेनिंग</w:t>
      </w:r>
      <w:r w:rsidRPr="00D32B3E">
        <w:rPr>
          <w:sz w:val="32"/>
          <w:szCs w:val="32"/>
        </w:rPr>
        <w:br/>
      </w:r>
      <w:r w:rsidRPr="00D32B3E">
        <w:rPr>
          <w:rFonts w:cs="Mangal"/>
          <w:sz w:val="32"/>
          <w:szCs w:val="32"/>
          <w:cs/>
          <w:lang w:bidi="hi-IN"/>
        </w:rPr>
        <w:t>अंडर</w:t>
      </w:r>
      <w:r w:rsidRPr="00D32B3E">
        <w:rPr>
          <w:sz w:val="32"/>
          <w:szCs w:val="32"/>
        </w:rPr>
        <w:t xml:space="preserve"> 12 </w:t>
      </w:r>
      <w:r w:rsidRPr="00D32B3E">
        <w:rPr>
          <w:rFonts w:cs="Mangal"/>
          <w:sz w:val="32"/>
          <w:szCs w:val="32"/>
          <w:cs/>
          <w:lang w:bidi="hi-IN"/>
        </w:rPr>
        <w:t>बच्चों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को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तेज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बॉलिंग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पर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जोर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नहीं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देना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चाहिए।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सही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रन</w:t>
      </w:r>
      <w:r w:rsidRPr="00D32B3E">
        <w:rPr>
          <w:sz w:val="32"/>
          <w:szCs w:val="32"/>
        </w:rPr>
        <w:t>-</w:t>
      </w:r>
      <w:r w:rsidRPr="00D32B3E">
        <w:rPr>
          <w:rFonts w:cs="Mangal"/>
          <w:sz w:val="32"/>
          <w:szCs w:val="32"/>
          <w:cs/>
          <w:lang w:bidi="hi-IN"/>
        </w:rPr>
        <w:t>अप</w:t>
      </w:r>
      <w:r w:rsidRPr="00D32B3E">
        <w:rPr>
          <w:sz w:val="32"/>
          <w:szCs w:val="32"/>
        </w:rPr>
        <w:t xml:space="preserve">, </w:t>
      </w:r>
      <w:r w:rsidRPr="00D32B3E">
        <w:rPr>
          <w:rFonts w:cs="Mangal"/>
          <w:sz w:val="32"/>
          <w:szCs w:val="32"/>
          <w:cs/>
          <w:lang w:bidi="hi-IN"/>
        </w:rPr>
        <w:t>आर्म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मूवमेंट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और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लाइन</w:t>
      </w:r>
      <w:r w:rsidRPr="00D32B3E">
        <w:rPr>
          <w:sz w:val="32"/>
          <w:szCs w:val="32"/>
        </w:rPr>
        <w:t>-</w:t>
      </w:r>
      <w:r w:rsidRPr="00D32B3E">
        <w:rPr>
          <w:rFonts w:cs="Mangal"/>
          <w:sz w:val="32"/>
          <w:szCs w:val="32"/>
          <w:cs/>
          <w:lang w:bidi="hi-IN"/>
        </w:rPr>
        <w:t>लेंथ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सिखाई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जाती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है।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स्पिन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बॉलिंग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की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बेसिक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तकनीक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भी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धीरे</w:t>
      </w:r>
      <w:r w:rsidRPr="00D32B3E">
        <w:rPr>
          <w:sz w:val="32"/>
          <w:szCs w:val="32"/>
        </w:rPr>
        <w:t>-</w:t>
      </w:r>
      <w:r w:rsidRPr="00D32B3E">
        <w:rPr>
          <w:rFonts w:cs="Mangal"/>
          <w:sz w:val="32"/>
          <w:szCs w:val="32"/>
          <w:cs/>
          <w:lang w:bidi="hi-IN"/>
        </w:rPr>
        <w:t>धीरे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सिखाई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जा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सकती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है।</w:t>
      </w:r>
    </w:p>
    <w:p w:rsidR="008E4368" w:rsidRPr="00D32B3E" w:rsidRDefault="00D32B3E">
      <w:pPr>
        <w:rPr>
          <w:sz w:val="32"/>
          <w:szCs w:val="32"/>
        </w:rPr>
      </w:pPr>
      <w:r w:rsidRPr="00D32B3E">
        <w:rPr>
          <w:rFonts w:cs="Mangal"/>
          <w:b/>
          <w:bCs/>
          <w:sz w:val="32"/>
          <w:szCs w:val="32"/>
          <w:cs/>
          <w:lang w:bidi="hi-IN"/>
        </w:rPr>
        <w:t>अध्याय</w:t>
      </w:r>
      <w:r w:rsidRPr="00D32B3E">
        <w:rPr>
          <w:b/>
          <w:bCs/>
          <w:sz w:val="32"/>
          <w:szCs w:val="32"/>
        </w:rPr>
        <w:t xml:space="preserve"> 5: </w:t>
      </w:r>
      <w:r w:rsidRPr="00D32B3E">
        <w:rPr>
          <w:rFonts w:cs="Mangal"/>
          <w:b/>
          <w:bCs/>
          <w:sz w:val="32"/>
          <w:szCs w:val="32"/>
          <w:cs/>
          <w:lang w:bidi="hi-IN"/>
        </w:rPr>
        <w:t>फील्डिंग</w:t>
      </w:r>
      <w:r w:rsidRPr="00D32B3E">
        <w:rPr>
          <w:b/>
          <w:bCs/>
          <w:sz w:val="32"/>
          <w:szCs w:val="32"/>
        </w:rPr>
        <w:t xml:space="preserve"> </w:t>
      </w:r>
      <w:r w:rsidRPr="00D32B3E">
        <w:rPr>
          <w:rFonts w:cs="Mangal"/>
          <w:b/>
          <w:bCs/>
          <w:sz w:val="32"/>
          <w:szCs w:val="32"/>
          <w:cs/>
          <w:lang w:bidi="hi-IN"/>
        </w:rPr>
        <w:t>स्किल्स</w:t>
      </w:r>
      <w:r w:rsidRPr="00D32B3E">
        <w:rPr>
          <w:sz w:val="32"/>
          <w:szCs w:val="32"/>
        </w:rPr>
        <w:br/>
      </w:r>
      <w:r w:rsidRPr="00D32B3E">
        <w:rPr>
          <w:rFonts w:cs="Mangal"/>
          <w:sz w:val="32"/>
          <w:szCs w:val="32"/>
          <w:cs/>
          <w:lang w:bidi="hi-IN"/>
        </w:rPr>
        <w:t>फील्डिंग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बच्चों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के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आत्मविश्वास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को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बढ़ाती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है।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कैच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पकड़ना</w:t>
      </w:r>
      <w:r w:rsidRPr="00D32B3E">
        <w:rPr>
          <w:sz w:val="32"/>
          <w:szCs w:val="32"/>
        </w:rPr>
        <w:t xml:space="preserve">, </w:t>
      </w:r>
      <w:r w:rsidRPr="00D32B3E">
        <w:rPr>
          <w:rFonts w:cs="Mangal"/>
          <w:sz w:val="32"/>
          <w:szCs w:val="32"/>
          <w:cs/>
          <w:lang w:bidi="hi-IN"/>
        </w:rPr>
        <w:t>थ्रो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करना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और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मूवमेंट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ड्रिल्स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जरूरी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हैं।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खेल</w:t>
      </w:r>
      <w:r w:rsidRPr="00D32B3E">
        <w:rPr>
          <w:sz w:val="32"/>
          <w:szCs w:val="32"/>
        </w:rPr>
        <w:t>-</w:t>
      </w:r>
      <w:r w:rsidRPr="00D32B3E">
        <w:rPr>
          <w:rFonts w:cs="Mangal"/>
          <w:sz w:val="32"/>
          <w:szCs w:val="32"/>
          <w:cs/>
          <w:lang w:bidi="hi-IN"/>
        </w:rPr>
        <w:t>खेल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में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फील्डिंग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सिखाना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सबसे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प्रभावी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तरीका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है।</w:t>
      </w:r>
    </w:p>
    <w:p w:rsidR="008E4368" w:rsidRPr="00D32B3E" w:rsidRDefault="00D32B3E">
      <w:pPr>
        <w:rPr>
          <w:sz w:val="32"/>
          <w:szCs w:val="32"/>
        </w:rPr>
      </w:pPr>
      <w:r w:rsidRPr="00D32B3E">
        <w:rPr>
          <w:rFonts w:cs="Mangal"/>
          <w:b/>
          <w:bCs/>
          <w:sz w:val="32"/>
          <w:szCs w:val="32"/>
          <w:cs/>
          <w:lang w:bidi="hi-IN"/>
        </w:rPr>
        <w:t>अध्याय</w:t>
      </w:r>
      <w:r w:rsidRPr="00D32B3E">
        <w:rPr>
          <w:b/>
          <w:bCs/>
          <w:sz w:val="32"/>
          <w:szCs w:val="32"/>
        </w:rPr>
        <w:t xml:space="preserve"> 6: </w:t>
      </w:r>
      <w:r w:rsidRPr="00D32B3E">
        <w:rPr>
          <w:rFonts w:cs="Mangal"/>
          <w:b/>
          <w:bCs/>
          <w:sz w:val="32"/>
          <w:szCs w:val="32"/>
          <w:cs/>
          <w:lang w:bidi="hi-IN"/>
        </w:rPr>
        <w:t>फिटनेस</w:t>
      </w:r>
      <w:r w:rsidRPr="00D32B3E">
        <w:rPr>
          <w:b/>
          <w:bCs/>
          <w:sz w:val="32"/>
          <w:szCs w:val="32"/>
        </w:rPr>
        <w:t xml:space="preserve"> </w:t>
      </w:r>
      <w:r w:rsidRPr="00D32B3E">
        <w:rPr>
          <w:rFonts w:cs="Mangal"/>
          <w:b/>
          <w:bCs/>
          <w:sz w:val="32"/>
          <w:szCs w:val="32"/>
          <w:cs/>
          <w:lang w:bidi="hi-IN"/>
        </w:rPr>
        <w:t>और</w:t>
      </w:r>
      <w:r w:rsidRPr="00D32B3E">
        <w:rPr>
          <w:b/>
          <w:bCs/>
          <w:sz w:val="32"/>
          <w:szCs w:val="32"/>
        </w:rPr>
        <w:t xml:space="preserve"> </w:t>
      </w:r>
      <w:r w:rsidRPr="00D32B3E">
        <w:rPr>
          <w:rFonts w:cs="Mangal"/>
          <w:b/>
          <w:bCs/>
          <w:sz w:val="32"/>
          <w:szCs w:val="32"/>
          <w:cs/>
          <w:lang w:bidi="hi-IN"/>
        </w:rPr>
        <w:t>स्ट्रेचिंग</w:t>
      </w:r>
      <w:r w:rsidRPr="00D32B3E">
        <w:rPr>
          <w:sz w:val="32"/>
          <w:szCs w:val="32"/>
        </w:rPr>
        <w:br/>
      </w:r>
      <w:r w:rsidRPr="00D32B3E">
        <w:rPr>
          <w:rFonts w:cs="Mangal"/>
          <w:sz w:val="32"/>
          <w:szCs w:val="32"/>
          <w:cs/>
          <w:lang w:bidi="hi-IN"/>
        </w:rPr>
        <w:t>बच्चों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के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लिए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फिटनेस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का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मतलब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भारी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एक्सरसाइज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नहीं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है।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हल्की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दौड़</w:t>
      </w:r>
      <w:r w:rsidRPr="00D32B3E">
        <w:rPr>
          <w:sz w:val="32"/>
          <w:szCs w:val="32"/>
        </w:rPr>
        <w:t xml:space="preserve">, </w:t>
      </w:r>
      <w:r w:rsidRPr="00D32B3E">
        <w:rPr>
          <w:rFonts w:cs="Mangal"/>
          <w:sz w:val="32"/>
          <w:szCs w:val="32"/>
          <w:cs/>
          <w:lang w:bidi="hi-IN"/>
        </w:rPr>
        <w:t>स्ट्रेचिंग</w:t>
      </w:r>
      <w:r w:rsidRPr="00D32B3E">
        <w:rPr>
          <w:sz w:val="32"/>
          <w:szCs w:val="32"/>
        </w:rPr>
        <w:t xml:space="preserve">, </w:t>
      </w:r>
      <w:r w:rsidRPr="00D32B3E">
        <w:rPr>
          <w:rFonts w:cs="Mangal"/>
          <w:sz w:val="32"/>
          <w:szCs w:val="32"/>
          <w:cs/>
          <w:lang w:bidi="hi-IN"/>
        </w:rPr>
        <w:t>बैलेंस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एक्सरसाइज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और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फ्लेक्सिबिलिटी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ड्रिल्स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पर्याप्त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होती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हैं।</w:t>
      </w:r>
    </w:p>
    <w:p w:rsidR="008E4368" w:rsidRPr="00D32B3E" w:rsidRDefault="00D32B3E">
      <w:pPr>
        <w:rPr>
          <w:sz w:val="32"/>
          <w:szCs w:val="32"/>
        </w:rPr>
      </w:pPr>
      <w:r w:rsidRPr="00D32B3E">
        <w:rPr>
          <w:rFonts w:cs="Mangal"/>
          <w:b/>
          <w:bCs/>
          <w:sz w:val="32"/>
          <w:szCs w:val="32"/>
          <w:cs/>
          <w:lang w:bidi="hi-IN"/>
        </w:rPr>
        <w:t>अध्याय</w:t>
      </w:r>
      <w:r w:rsidRPr="00D32B3E">
        <w:rPr>
          <w:b/>
          <w:bCs/>
          <w:sz w:val="32"/>
          <w:szCs w:val="32"/>
        </w:rPr>
        <w:t xml:space="preserve"> 7: </w:t>
      </w:r>
      <w:r w:rsidRPr="00D32B3E">
        <w:rPr>
          <w:rFonts w:cs="Mangal"/>
          <w:b/>
          <w:bCs/>
          <w:sz w:val="32"/>
          <w:szCs w:val="32"/>
          <w:cs/>
          <w:lang w:bidi="hi-IN"/>
        </w:rPr>
        <w:t>सेफ्टी</w:t>
      </w:r>
      <w:r w:rsidRPr="00D32B3E">
        <w:rPr>
          <w:b/>
          <w:bCs/>
          <w:sz w:val="32"/>
          <w:szCs w:val="32"/>
        </w:rPr>
        <w:t xml:space="preserve"> </w:t>
      </w:r>
      <w:r w:rsidRPr="00D32B3E">
        <w:rPr>
          <w:rFonts w:cs="Mangal"/>
          <w:b/>
          <w:bCs/>
          <w:sz w:val="32"/>
          <w:szCs w:val="32"/>
          <w:cs/>
          <w:lang w:bidi="hi-IN"/>
        </w:rPr>
        <w:t>और</w:t>
      </w:r>
      <w:r w:rsidRPr="00D32B3E">
        <w:rPr>
          <w:b/>
          <w:bCs/>
          <w:sz w:val="32"/>
          <w:szCs w:val="32"/>
        </w:rPr>
        <w:t xml:space="preserve"> </w:t>
      </w:r>
      <w:r w:rsidRPr="00D32B3E">
        <w:rPr>
          <w:rFonts w:cs="Mangal"/>
          <w:b/>
          <w:bCs/>
          <w:sz w:val="32"/>
          <w:szCs w:val="32"/>
          <w:cs/>
          <w:lang w:bidi="hi-IN"/>
        </w:rPr>
        <w:t>इंजरी</w:t>
      </w:r>
      <w:r w:rsidRPr="00D32B3E">
        <w:rPr>
          <w:b/>
          <w:bCs/>
          <w:sz w:val="32"/>
          <w:szCs w:val="32"/>
        </w:rPr>
        <w:t xml:space="preserve"> </w:t>
      </w:r>
      <w:r w:rsidRPr="00D32B3E">
        <w:rPr>
          <w:rFonts w:cs="Mangal"/>
          <w:b/>
          <w:bCs/>
          <w:sz w:val="32"/>
          <w:szCs w:val="32"/>
          <w:cs/>
          <w:lang w:bidi="hi-IN"/>
        </w:rPr>
        <w:t>प्रिवेंशन</w:t>
      </w:r>
      <w:r w:rsidRPr="00D32B3E">
        <w:rPr>
          <w:sz w:val="32"/>
          <w:szCs w:val="32"/>
        </w:rPr>
        <w:br/>
      </w:r>
      <w:r w:rsidRPr="00D32B3E">
        <w:rPr>
          <w:rFonts w:cs="Mangal"/>
          <w:sz w:val="32"/>
          <w:szCs w:val="32"/>
          <w:cs/>
          <w:lang w:bidi="hi-IN"/>
        </w:rPr>
        <w:t>सही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पैड</w:t>
      </w:r>
      <w:r w:rsidRPr="00D32B3E">
        <w:rPr>
          <w:sz w:val="32"/>
          <w:szCs w:val="32"/>
        </w:rPr>
        <w:t xml:space="preserve">, </w:t>
      </w:r>
      <w:r w:rsidRPr="00D32B3E">
        <w:rPr>
          <w:rFonts w:cs="Mangal"/>
          <w:sz w:val="32"/>
          <w:szCs w:val="32"/>
          <w:cs/>
          <w:lang w:bidi="hi-IN"/>
        </w:rPr>
        <w:t>हेलमेट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और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जूते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जरूरी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हैं।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बच्चों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पर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कभी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भी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जरूरत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से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ज्यादा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प्रेशर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नहीं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डालना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चाहिए।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चोट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लगने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पर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तुरंत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आराम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और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डॉक्टर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की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सलाह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जरूरी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है।</w:t>
      </w:r>
    </w:p>
    <w:p w:rsidR="008E4368" w:rsidRPr="00D32B3E" w:rsidRDefault="00D32B3E">
      <w:pPr>
        <w:rPr>
          <w:sz w:val="32"/>
          <w:szCs w:val="32"/>
        </w:rPr>
      </w:pPr>
      <w:r w:rsidRPr="00D32B3E">
        <w:rPr>
          <w:rFonts w:cs="Mangal"/>
          <w:b/>
          <w:bCs/>
          <w:sz w:val="32"/>
          <w:szCs w:val="32"/>
          <w:cs/>
          <w:lang w:bidi="hi-IN"/>
        </w:rPr>
        <w:t>अध्याय</w:t>
      </w:r>
      <w:r w:rsidRPr="00D32B3E">
        <w:rPr>
          <w:b/>
          <w:bCs/>
          <w:sz w:val="32"/>
          <w:szCs w:val="32"/>
        </w:rPr>
        <w:t xml:space="preserve"> 8: </w:t>
      </w:r>
      <w:r w:rsidRPr="00D32B3E">
        <w:rPr>
          <w:rFonts w:cs="Mangal"/>
          <w:b/>
          <w:bCs/>
          <w:sz w:val="32"/>
          <w:szCs w:val="32"/>
          <w:cs/>
          <w:lang w:bidi="hi-IN"/>
        </w:rPr>
        <w:t>साप्ताहिक</w:t>
      </w:r>
      <w:r w:rsidRPr="00D32B3E">
        <w:rPr>
          <w:b/>
          <w:bCs/>
          <w:sz w:val="32"/>
          <w:szCs w:val="32"/>
        </w:rPr>
        <w:t xml:space="preserve"> </w:t>
      </w:r>
      <w:r w:rsidRPr="00D32B3E">
        <w:rPr>
          <w:rFonts w:cs="Mangal"/>
          <w:b/>
          <w:bCs/>
          <w:sz w:val="32"/>
          <w:szCs w:val="32"/>
          <w:cs/>
          <w:lang w:bidi="hi-IN"/>
        </w:rPr>
        <w:t>ट्रेनिंग</w:t>
      </w:r>
      <w:r w:rsidRPr="00D32B3E">
        <w:rPr>
          <w:b/>
          <w:bCs/>
          <w:sz w:val="32"/>
          <w:szCs w:val="32"/>
        </w:rPr>
        <w:t xml:space="preserve"> </w:t>
      </w:r>
      <w:r w:rsidRPr="00D32B3E">
        <w:rPr>
          <w:rFonts w:cs="Mangal"/>
          <w:b/>
          <w:bCs/>
          <w:sz w:val="32"/>
          <w:szCs w:val="32"/>
          <w:cs/>
          <w:lang w:bidi="hi-IN"/>
        </w:rPr>
        <w:t>प्लान</w:t>
      </w:r>
      <w:r w:rsidRPr="00D32B3E">
        <w:rPr>
          <w:sz w:val="32"/>
          <w:szCs w:val="32"/>
        </w:rPr>
        <w:br/>
      </w:r>
      <w:r w:rsidRPr="00D32B3E">
        <w:rPr>
          <w:rFonts w:cs="Mangal"/>
          <w:sz w:val="32"/>
          <w:szCs w:val="32"/>
          <w:cs/>
          <w:lang w:bidi="hi-IN"/>
        </w:rPr>
        <w:t>सप्ताह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में</w:t>
      </w:r>
      <w:r w:rsidRPr="00D32B3E">
        <w:rPr>
          <w:sz w:val="32"/>
          <w:szCs w:val="32"/>
        </w:rPr>
        <w:t xml:space="preserve"> 4–5 </w:t>
      </w:r>
      <w:r w:rsidRPr="00D32B3E">
        <w:rPr>
          <w:rFonts w:cs="Mangal"/>
          <w:sz w:val="32"/>
          <w:szCs w:val="32"/>
          <w:cs/>
          <w:lang w:bidi="hi-IN"/>
        </w:rPr>
        <w:t>दिन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अभ्यास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पर्याप्त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है।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हर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सेशन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में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वार्म</w:t>
      </w:r>
      <w:r w:rsidRPr="00D32B3E">
        <w:rPr>
          <w:sz w:val="32"/>
          <w:szCs w:val="32"/>
        </w:rPr>
        <w:t>-</w:t>
      </w:r>
      <w:r w:rsidRPr="00D32B3E">
        <w:rPr>
          <w:rFonts w:cs="Mangal"/>
          <w:sz w:val="32"/>
          <w:szCs w:val="32"/>
          <w:cs/>
          <w:lang w:bidi="hi-IN"/>
        </w:rPr>
        <w:t>अप</w:t>
      </w:r>
      <w:r w:rsidRPr="00D32B3E">
        <w:rPr>
          <w:sz w:val="32"/>
          <w:szCs w:val="32"/>
        </w:rPr>
        <w:t xml:space="preserve">, </w:t>
      </w:r>
      <w:r w:rsidRPr="00D32B3E">
        <w:rPr>
          <w:rFonts w:cs="Mangal"/>
          <w:sz w:val="32"/>
          <w:szCs w:val="32"/>
          <w:cs/>
          <w:lang w:bidi="hi-IN"/>
        </w:rPr>
        <w:t>स्किल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ट्रेनिंग</w:t>
      </w:r>
      <w:r w:rsidRPr="00D32B3E">
        <w:rPr>
          <w:sz w:val="32"/>
          <w:szCs w:val="32"/>
        </w:rPr>
        <w:t xml:space="preserve">, </w:t>
      </w:r>
      <w:r w:rsidRPr="00D32B3E">
        <w:rPr>
          <w:rFonts w:cs="Mangal"/>
          <w:sz w:val="32"/>
          <w:szCs w:val="32"/>
          <w:cs/>
          <w:lang w:bidi="hi-IN"/>
        </w:rPr>
        <w:t>गेम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प्रैक्टिस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और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कूल</w:t>
      </w:r>
      <w:r w:rsidRPr="00D32B3E">
        <w:rPr>
          <w:sz w:val="32"/>
          <w:szCs w:val="32"/>
        </w:rPr>
        <w:t>-</w:t>
      </w:r>
      <w:r w:rsidRPr="00D32B3E">
        <w:rPr>
          <w:rFonts w:cs="Mangal"/>
          <w:sz w:val="32"/>
          <w:szCs w:val="32"/>
          <w:cs/>
          <w:lang w:bidi="hi-IN"/>
        </w:rPr>
        <w:t>डाउन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शामिल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होना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चाहिए।</w:t>
      </w:r>
    </w:p>
    <w:p w:rsidR="008E4368" w:rsidRPr="00D32B3E" w:rsidRDefault="00D32B3E">
      <w:pPr>
        <w:rPr>
          <w:sz w:val="32"/>
          <w:szCs w:val="32"/>
        </w:rPr>
      </w:pPr>
      <w:r w:rsidRPr="00D32B3E">
        <w:rPr>
          <w:rFonts w:cs="Mangal"/>
          <w:b/>
          <w:bCs/>
          <w:sz w:val="32"/>
          <w:szCs w:val="32"/>
          <w:cs/>
          <w:lang w:bidi="hi-IN"/>
        </w:rPr>
        <w:lastRenderedPageBreak/>
        <w:t>अध्याय</w:t>
      </w:r>
      <w:r w:rsidRPr="00D32B3E">
        <w:rPr>
          <w:b/>
          <w:bCs/>
          <w:sz w:val="32"/>
          <w:szCs w:val="32"/>
        </w:rPr>
        <w:t xml:space="preserve"> 9: </w:t>
      </w:r>
      <w:r w:rsidRPr="00D32B3E">
        <w:rPr>
          <w:rFonts w:cs="Mangal"/>
          <w:b/>
          <w:bCs/>
          <w:sz w:val="32"/>
          <w:szCs w:val="32"/>
          <w:cs/>
          <w:lang w:bidi="hi-IN"/>
        </w:rPr>
        <w:t>डाइट</w:t>
      </w:r>
      <w:r w:rsidRPr="00D32B3E">
        <w:rPr>
          <w:b/>
          <w:bCs/>
          <w:sz w:val="32"/>
          <w:szCs w:val="32"/>
        </w:rPr>
        <w:t xml:space="preserve"> </w:t>
      </w:r>
      <w:r w:rsidRPr="00D32B3E">
        <w:rPr>
          <w:rFonts w:cs="Mangal"/>
          <w:b/>
          <w:bCs/>
          <w:sz w:val="32"/>
          <w:szCs w:val="32"/>
          <w:cs/>
          <w:lang w:bidi="hi-IN"/>
        </w:rPr>
        <w:t>और</w:t>
      </w:r>
      <w:r w:rsidRPr="00D32B3E">
        <w:rPr>
          <w:b/>
          <w:bCs/>
          <w:sz w:val="32"/>
          <w:szCs w:val="32"/>
        </w:rPr>
        <w:t xml:space="preserve"> </w:t>
      </w:r>
      <w:r w:rsidRPr="00D32B3E">
        <w:rPr>
          <w:rFonts w:cs="Mangal"/>
          <w:b/>
          <w:bCs/>
          <w:sz w:val="32"/>
          <w:szCs w:val="32"/>
          <w:cs/>
          <w:lang w:bidi="hi-IN"/>
        </w:rPr>
        <w:t>न्यूट्रिशन</w:t>
      </w:r>
      <w:r w:rsidRPr="00D32B3E">
        <w:rPr>
          <w:sz w:val="32"/>
          <w:szCs w:val="32"/>
        </w:rPr>
        <w:br/>
      </w:r>
      <w:r w:rsidRPr="00D32B3E">
        <w:rPr>
          <w:rFonts w:cs="Mangal"/>
          <w:sz w:val="32"/>
          <w:szCs w:val="32"/>
          <w:cs/>
          <w:lang w:bidi="hi-IN"/>
        </w:rPr>
        <w:t>बच्चों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को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संतुलित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आहार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देना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जरूरी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है।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फल</w:t>
      </w:r>
      <w:r w:rsidRPr="00D32B3E">
        <w:rPr>
          <w:sz w:val="32"/>
          <w:szCs w:val="32"/>
        </w:rPr>
        <w:t xml:space="preserve">, </w:t>
      </w:r>
      <w:r w:rsidRPr="00D32B3E">
        <w:rPr>
          <w:rFonts w:cs="Mangal"/>
          <w:sz w:val="32"/>
          <w:szCs w:val="32"/>
          <w:cs/>
          <w:lang w:bidi="hi-IN"/>
        </w:rPr>
        <w:t>दूध</w:t>
      </w:r>
      <w:r w:rsidRPr="00D32B3E">
        <w:rPr>
          <w:sz w:val="32"/>
          <w:szCs w:val="32"/>
        </w:rPr>
        <w:t xml:space="preserve">, </w:t>
      </w:r>
      <w:r w:rsidRPr="00D32B3E">
        <w:rPr>
          <w:rFonts w:cs="Mangal"/>
          <w:sz w:val="32"/>
          <w:szCs w:val="32"/>
          <w:cs/>
          <w:lang w:bidi="hi-IN"/>
        </w:rPr>
        <w:t>दही</w:t>
      </w:r>
      <w:r w:rsidRPr="00D32B3E">
        <w:rPr>
          <w:sz w:val="32"/>
          <w:szCs w:val="32"/>
        </w:rPr>
        <w:t xml:space="preserve">, </w:t>
      </w:r>
      <w:r w:rsidRPr="00D32B3E">
        <w:rPr>
          <w:rFonts w:cs="Mangal"/>
          <w:sz w:val="32"/>
          <w:szCs w:val="32"/>
          <w:cs/>
          <w:lang w:bidi="hi-IN"/>
        </w:rPr>
        <w:t>दाल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और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हरी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सब्जियां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उनकी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ऊर्जा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बढ़ाती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हैं।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जंक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फूड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से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बचना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चाहिए।</w:t>
      </w:r>
    </w:p>
    <w:p w:rsidR="008E4368" w:rsidRPr="00D32B3E" w:rsidRDefault="00D32B3E">
      <w:pPr>
        <w:rPr>
          <w:sz w:val="32"/>
          <w:szCs w:val="32"/>
        </w:rPr>
      </w:pPr>
      <w:r w:rsidRPr="00D32B3E">
        <w:rPr>
          <w:rFonts w:cs="Mangal"/>
          <w:b/>
          <w:bCs/>
          <w:sz w:val="32"/>
          <w:szCs w:val="32"/>
          <w:cs/>
          <w:lang w:bidi="hi-IN"/>
        </w:rPr>
        <w:t>अध्याय</w:t>
      </w:r>
      <w:r w:rsidRPr="00D32B3E">
        <w:rPr>
          <w:b/>
          <w:bCs/>
          <w:sz w:val="32"/>
          <w:szCs w:val="32"/>
        </w:rPr>
        <w:t xml:space="preserve"> 10: </w:t>
      </w:r>
      <w:r w:rsidRPr="00D32B3E">
        <w:rPr>
          <w:rFonts w:cs="Mangal"/>
          <w:b/>
          <w:bCs/>
          <w:sz w:val="32"/>
          <w:szCs w:val="32"/>
          <w:cs/>
          <w:lang w:bidi="hi-IN"/>
        </w:rPr>
        <w:t>मानसिक</w:t>
      </w:r>
      <w:r w:rsidRPr="00D32B3E">
        <w:rPr>
          <w:b/>
          <w:bCs/>
          <w:sz w:val="32"/>
          <w:szCs w:val="32"/>
        </w:rPr>
        <w:t xml:space="preserve"> </w:t>
      </w:r>
      <w:r w:rsidRPr="00D32B3E">
        <w:rPr>
          <w:rFonts w:cs="Mangal"/>
          <w:b/>
          <w:bCs/>
          <w:sz w:val="32"/>
          <w:szCs w:val="32"/>
          <w:cs/>
          <w:lang w:bidi="hi-IN"/>
        </w:rPr>
        <w:t>विकास</w:t>
      </w:r>
      <w:r w:rsidRPr="00D32B3E">
        <w:rPr>
          <w:rFonts w:cs="Mangal"/>
          <w:sz w:val="32"/>
          <w:szCs w:val="32"/>
          <w:lang w:bidi="hi-IN"/>
        </w:rPr>
        <w:br/>
      </w:r>
      <w:r w:rsidRPr="00D32B3E">
        <w:rPr>
          <w:rFonts w:cs="Mangal"/>
          <w:sz w:val="32"/>
          <w:szCs w:val="32"/>
          <w:cs/>
          <w:lang w:bidi="hi-IN"/>
        </w:rPr>
        <w:t>क्रिकेट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बच्चों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को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हार</w:t>
      </w:r>
      <w:r w:rsidRPr="00D32B3E">
        <w:rPr>
          <w:sz w:val="32"/>
          <w:szCs w:val="32"/>
        </w:rPr>
        <w:t>-</w:t>
      </w:r>
      <w:r w:rsidRPr="00D32B3E">
        <w:rPr>
          <w:rFonts w:cs="Mangal"/>
          <w:sz w:val="32"/>
          <w:szCs w:val="32"/>
          <w:cs/>
          <w:lang w:bidi="hi-IN"/>
        </w:rPr>
        <w:t>जीत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संभालना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सिखाता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है।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कोच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और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माता</w:t>
      </w:r>
      <w:r w:rsidRPr="00D32B3E">
        <w:rPr>
          <w:sz w:val="32"/>
          <w:szCs w:val="32"/>
        </w:rPr>
        <w:t>-</w:t>
      </w:r>
      <w:r w:rsidRPr="00D32B3E">
        <w:rPr>
          <w:rFonts w:cs="Mangal"/>
          <w:sz w:val="32"/>
          <w:szCs w:val="32"/>
          <w:cs/>
          <w:lang w:bidi="hi-IN"/>
        </w:rPr>
        <w:t>पिता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को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बच्चों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को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मोटिवेट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करना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चाहिए</w:t>
      </w:r>
      <w:r w:rsidRPr="00D32B3E">
        <w:rPr>
          <w:sz w:val="32"/>
          <w:szCs w:val="32"/>
        </w:rPr>
        <w:t xml:space="preserve">, </w:t>
      </w:r>
      <w:r w:rsidRPr="00D32B3E">
        <w:rPr>
          <w:rFonts w:cs="Mangal"/>
          <w:sz w:val="32"/>
          <w:szCs w:val="32"/>
          <w:cs/>
          <w:lang w:bidi="hi-IN"/>
        </w:rPr>
        <w:t>न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कि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डांटना।</w:t>
      </w:r>
    </w:p>
    <w:p w:rsidR="008E4368" w:rsidRPr="00D32B3E" w:rsidRDefault="00D32B3E">
      <w:pPr>
        <w:rPr>
          <w:sz w:val="32"/>
          <w:szCs w:val="32"/>
        </w:rPr>
      </w:pPr>
      <w:r w:rsidRPr="00D32B3E">
        <w:rPr>
          <w:rFonts w:cs="Mangal"/>
          <w:b/>
          <w:bCs/>
          <w:sz w:val="32"/>
          <w:szCs w:val="32"/>
          <w:cs/>
          <w:lang w:bidi="hi-IN"/>
        </w:rPr>
        <w:t>अध्याय</w:t>
      </w:r>
      <w:r w:rsidRPr="00D32B3E">
        <w:rPr>
          <w:b/>
          <w:bCs/>
          <w:sz w:val="32"/>
          <w:szCs w:val="32"/>
        </w:rPr>
        <w:t xml:space="preserve"> 11: </w:t>
      </w:r>
      <w:r w:rsidRPr="00D32B3E">
        <w:rPr>
          <w:rFonts w:cs="Mangal"/>
          <w:b/>
          <w:bCs/>
          <w:sz w:val="32"/>
          <w:szCs w:val="32"/>
          <w:cs/>
          <w:lang w:bidi="hi-IN"/>
        </w:rPr>
        <w:t>माता</w:t>
      </w:r>
      <w:r w:rsidRPr="00D32B3E">
        <w:rPr>
          <w:b/>
          <w:bCs/>
          <w:sz w:val="32"/>
          <w:szCs w:val="32"/>
        </w:rPr>
        <w:t>-</w:t>
      </w:r>
      <w:r w:rsidRPr="00D32B3E">
        <w:rPr>
          <w:rFonts w:cs="Mangal"/>
          <w:b/>
          <w:bCs/>
          <w:sz w:val="32"/>
          <w:szCs w:val="32"/>
          <w:cs/>
          <w:lang w:bidi="hi-IN"/>
        </w:rPr>
        <w:t>पिता</w:t>
      </w:r>
      <w:r w:rsidRPr="00D32B3E">
        <w:rPr>
          <w:b/>
          <w:bCs/>
          <w:sz w:val="32"/>
          <w:szCs w:val="32"/>
        </w:rPr>
        <w:t xml:space="preserve"> </w:t>
      </w:r>
      <w:r w:rsidRPr="00D32B3E">
        <w:rPr>
          <w:rFonts w:cs="Mangal"/>
          <w:b/>
          <w:bCs/>
          <w:sz w:val="32"/>
          <w:szCs w:val="32"/>
          <w:cs/>
          <w:lang w:bidi="hi-IN"/>
        </w:rPr>
        <w:t>की</w:t>
      </w:r>
      <w:r w:rsidRPr="00D32B3E">
        <w:rPr>
          <w:b/>
          <w:bCs/>
          <w:sz w:val="32"/>
          <w:szCs w:val="32"/>
        </w:rPr>
        <w:t xml:space="preserve"> </w:t>
      </w:r>
      <w:r w:rsidRPr="00D32B3E">
        <w:rPr>
          <w:rFonts w:cs="Mangal"/>
          <w:b/>
          <w:bCs/>
          <w:sz w:val="32"/>
          <w:szCs w:val="32"/>
          <w:cs/>
          <w:lang w:bidi="hi-IN"/>
        </w:rPr>
        <w:t>भूमिका</w:t>
      </w:r>
      <w:r w:rsidRPr="00D32B3E">
        <w:rPr>
          <w:sz w:val="32"/>
          <w:szCs w:val="32"/>
        </w:rPr>
        <w:br/>
      </w:r>
      <w:r w:rsidRPr="00D32B3E">
        <w:rPr>
          <w:rFonts w:cs="Mangal"/>
          <w:sz w:val="32"/>
          <w:szCs w:val="32"/>
          <w:cs/>
          <w:lang w:bidi="hi-IN"/>
        </w:rPr>
        <w:t>माता</w:t>
      </w:r>
      <w:r w:rsidRPr="00D32B3E">
        <w:rPr>
          <w:sz w:val="32"/>
          <w:szCs w:val="32"/>
        </w:rPr>
        <w:t>-</w:t>
      </w:r>
      <w:r w:rsidRPr="00D32B3E">
        <w:rPr>
          <w:rFonts w:cs="Mangal"/>
          <w:sz w:val="32"/>
          <w:szCs w:val="32"/>
          <w:cs/>
          <w:lang w:bidi="hi-IN"/>
        </w:rPr>
        <w:t>पिता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का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सहयोग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सबसे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अहम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है।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बच्चों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की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तुलना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दूसरों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से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न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करें।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उनके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प्रयासों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की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सराहना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करें।</w:t>
      </w:r>
    </w:p>
    <w:p w:rsidR="008E4368" w:rsidRPr="00D32B3E" w:rsidRDefault="00D32B3E">
      <w:pPr>
        <w:rPr>
          <w:sz w:val="32"/>
          <w:szCs w:val="32"/>
        </w:rPr>
      </w:pPr>
      <w:r w:rsidRPr="00D32B3E">
        <w:rPr>
          <w:rFonts w:cs="Mangal"/>
          <w:b/>
          <w:bCs/>
          <w:sz w:val="32"/>
          <w:szCs w:val="32"/>
          <w:cs/>
          <w:lang w:bidi="hi-IN"/>
        </w:rPr>
        <w:t>अध्याय</w:t>
      </w:r>
      <w:r w:rsidRPr="00D32B3E">
        <w:rPr>
          <w:b/>
          <w:bCs/>
          <w:sz w:val="32"/>
          <w:szCs w:val="32"/>
        </w:rPr>
        <w:t xml:space="preserve"> 12: </w:t>
      </w:r>
      <w:r w:rsidRPr="00D32B3E">
        <w:rPr>
          <w:rFonts w:cs="Mangal"/>
          <w:b/>
          <w:bCs/>
          <w:sz w:val="32"/>
          <w:szCs w:val="32"/>
          <w:cs/>
          <w:lang w:bidi="hi-IN"/>
        </w:rPr>
        <w:t>कोच</w:t>
      </w:r>
      <w:r w:rsidRPr="00D32B3E">
        <w:rPr>
          <w:b/>
          <w:bCs/>
          <w:sz w:val="32"/>
          <w:szCs w:val="32"/>
        </w:rPr>
        <w:t xml:space="preserve"> </w:t>
      </w:r>
      <w:r w:rsidRPr="00D32B3E">
        <w:rPr>
          <w:rFonts w:cs="Mangal"/>
          <w:b/>
          <w:bCs/>
          <w:sz w:val="32"/>
          <w:szCs w:val="32"/>
          <w:cs/>
          <w:lang w:bidi="hi-IN"/>
        </w:rPr>
        <w:t>की</w:t>
      </w:r>
      <w:r w:rsidRPr="00D32B3E">
        <w:rPr>
          <w:b/>
          <w:bCs/>
          <w:sz w:val="32"/>
          <w:szCs w:val="32"/>
        </w:rPr>
        <w:t xml:space="preserve"> </w:t>
      </w:r>
      <w:r w:rsidRPr="00D32B3E">
        <w:rPr>
          <w:rFonts w:cs="Mangal"/>
          <w:b/>
          <w:bCs/>
          <w:sz w:val="32"/>
          <w:szCs w:val="32"/>
          <w:cs/>
          <w:lang w:bidi="hi-IN"/>
        </w:rPr>
        <w:t>जिम्मेदारी</w:t>
      </w:r>
      <w:r w:rsidRPr="00D32B3E">
        <w:rPr>
          <w:sz w:val="32"/>
          <w:szCs w:val="32"/>
        </w:rPr>
        <w:br/>
      </w:r>
      <w:r w:rsidRPr="00D32B3E">
        <w:rPr>
          <w:rFonts w:cs="Mangal"/>
          <w:sz w:val="32"/>
          <w:szCs w:val="32"/>
          <w:cs/>
          <w:lang w:bidi="hi-IN"/>
        </w:rPr>
        <w:t>एक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अच्छा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कोच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केवल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तकनीक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नहीं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सिखाता</w:t>
      </w:r>
      <w:r w:rsidRPr="00D32B3E">
        <w:rPr>
          <w:sz w:val="32"/>
          <w:szCs w:val="32"/>
        </w:rPr>
        <w:t xml:space="preserve">, </w:t>
      </w:r>
      <w:r w:rsidRPr="00D32B3E">
        <w:rPr>
          <w:rFonts w:cs="Mangal"/>
          <w:sz w:val="32"/>
          <w:szCs w:val="32"/>
          <w:cs/>
          <w:lang w:bidi="hi-IN"/>
        </w:rPr>
        <w:t>बल्कि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बच्चों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का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चरित्र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भी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बनाता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है।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धैर्य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और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सकारात्मक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सोच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जरूरी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है।</w:t>
      </w:r>
    </w:p>
    <w:p w:rsidR="008E4368" w:rsidRPr="00D32B3E" w:rsidRDefault="00D32B3E">
      <w:pPr>
        <w:rPr>
          <w:sz w:val="32"/>
          <w:szCs w:val="32"/>
        </w:rPr>
      </w:pPr>
      <w:r w:rsidRPr="00D32B3E">
        <w:rPr>
          <w:rFonts w:cs="Mangal"/>
          <w:b/>
          <w:bCs/>
          <w:sz w:val="32"/>
          <w:szCs w:val="32"/>
          <w:cs/>
          <w:lang w:bidi="hi-IN"/>
        </w:rPr>
        <w:t>अध्याय</w:t>
      </w:r>
      <w:r w:rsidRPr="00D32B3E">
        <w:rPr>
          <w:b/>
          <w:bCs/>
          <w:sz w:val="32"/>
          <w:szCs w:val="32"/>
        </w:rPr>
        <w:t xml:space="preserve"> 13: </w:t>
      </w:r>
      <w:r w:rsidRPr="00D32B3E">
        <w:rPr>
          <w:rFonts w:cs="Mangal"/>
          <w:b/>
          <w:bCs/>
          <w:sz w:val="32"/>
          <w:szCs w:val="32"/>
          <w:cs/>
          <w:lang w:bidi="hi-IN"/>
        </w:rPr>
        <w:t>मैच</w:t>
      </w:r>
      <w:r w:rsidRPr="00D32B3E">
        <w:rPr>
          <w:b/>
          <w:bCs/>
          <w:sz w:val="32"/>
          <w:szCs w:val="32"/>
        </w:rPr>
        <w:t xml:space="preserve"> </w:t>
      </w:r>
      <w:r w:rsidRPr="00D32B3E">
        <w:rPr>
          <w:rFonts w:cs="Mangal"/>
          <w:b/>
          <w:bCs/>
          <w:sz w:val="32"/>
          <w:szCs w:val="32"/>
          <w:cs/>
          <w:lang w:bidi="hi-IN"/>
        </w:rPr>
        <w:t>एक्सपोजर</w:t>
      </w:r>
      <w:r w:rsidRPr="00D32B3E">
        <w:rPr>
          <w:sz w:val="32"/>
          <w:szCs w:val="32"/>
        </w:rPr>
        <w:br/>
      </w:r>
      <w:r w:rsidRPr="00D32B3E">
        <w:rPr>
          <w:rFonts w:cs="Mangal"/>
          <w:sz w:val="32"/>
          <w:szCs w:val="32"/>
          <w:cs/>
          <w:lang w:bidi="hi-IN"/>
        </w:rPr>
        <w:t>लोकल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मैच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और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फ्रेंडली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गेम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बच्चों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को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आत्मविश्वास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देते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हैं।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जीत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से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ज्यादा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सीख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महत्वपूर्ण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है।</w:t>
      </w:r>
    </w:p>
    <w:p w:rsidR="008E4368" w:rsidRPr="00D32B3E" w:rsidRDefault="00D32B3E">
      <w:pPr>
        <w:rPr>
          <w:sz w:val="32"/>
          <w:szCs w:val="32"/>
        </w:rPr>
      </w:pPr>
      <w:r w:rsidRPr="00D32B3E">
        <w:rPr>
          <w:rFonts w:cs="Mangal"/>
          <w:b/>
          <w:bCs/>
          <w:sz w:val="32"/>
          <w:szCs w:val="32"/>
          <w:cs/>
          <w:lang w:bidi="hi-IN"/>
        </w:rPr>
        <w:t>अध्याय</w:t>
      </w:r>
      <w:r w:rsidRPr="00D32B3E">
        <w:rPr>
          <w:b/>
          <w:bCs/>
          <w:sz w:val="32"/>
          <w:szCs w:val="32"/>
        </w:rPr>
        <w:t xml:space="preserve"> 14: </w:t>
      </w:r>
      <w:r w:rsidRPr="00D32B3E">
        <w:rPr>
          <w:rFonts w:cs="Mangal"/>
          <w:b/>
          <w:bCs/>
          <w:sz w:val="32"/>
          <w:szCs w:val="32"/>
          <w:cs/>
          <w:lang w:bidi="hi-IN"/>
        </w:rPr>
        <w:t>अनुशासन</w:t>
      </w:r>
      <w:r w:rsidRPr="00D32B3E">
        <w:rPr>
          <w:b/>
          <w:bCs/>
          <w:sz w:val="32"/>
          <w:szCs w:val="32"/>
        </w:rPr>
        <w:t xml:space="preserve"> </w:t>
      </w:r>
      <w:r w:rsidRPr="00D32B3E">
        <w:rPr>
          <w:rFonts w:cs="Mangal"/>
          <w:b/>
          <w:bCs/>
          <w:sz w:val="32"/>
          <w:szCs w:val="32"/>
          <w:cs/>
          <w:lang w:bidi="hi-IN"/>
        </w:rPr>
        <w:t>और</w:t>
      </w:r>
      <w:r w:rsidRPr="00D32B3E">
        <w:rPr>
          <w:b/>
          <w:bCs/>
          <w:sz w:val="32"/>
          <w:szCs w:val="32"/>
        </w:rPr>
        <w:t xml:space="preserve"> </w:t>
      </w:r>
      <w:r w:rsidRPr="00D32B3E">
        <w:rPr>
          <w:rFonts w:cs="Mangal"/>
          <w:b/>
          <w:bCs/>
          <w:sz w:val="32"/>
          <w:szCs w:val="32"/>
          <w:cs/>
          <w:lang w:bidi="hi-IN"/>
        </w:rPr>
        <w:t>टाइम</w:t>
      </w:r>
      <w:r w:rsidRPr="00D32B3E">
        <w:rPr>
          <w:b/>
          <w:bCs/>
          <w:sz w:val="32"/>
          <w:szCs w:val="32"/>
        </w:rPr>
        <w:t xml:space="preserve"> </w:t>
      </w:r>
      <w:r w:rsidRPr="00D32B3E">
        <w:rPr>
          <w:rFonts w:cs="Mangal"/>
          <w:b/>
          <w:bCs/>
          <w:sz w:val="32"/>
          <w:szCs w:val="32"/>
          <w:cs/>
          <w:lang w:bidi="hi-IN"/>
        </w:rPr>
        <w:t>मैनेजमेंट</w:t>
      </w:r>
      <w:r w:rsidRPr="00D32B3E">
        <w:rPr>
          <w:sz w:val="32"/>
          <w:szCs w:val="32"/>
        </w:rPr>
        <w:br/>
      </w:r>
      <w:r w:rsidRPr="00D32B3E">
        <w:rPr>
          <w:rFonts w:cs="Mangal"/>
          <w:sz w:val="32"/>
          <w:szCs w:val="32"/>
          <w:cs/>
          <w:lang w:bidi="hi-IN"/>
        </w:rPr>
        <w:t>समय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पर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आना</w:t>
      </w:r>
      <w:r w:rsidRPr="00D32B3E">
        <w:rPr>
          <w:sz w:val="32"/>
          <w:szCs w:val="32"/>
        </w:rPr>
        <w:t xml:space="preserve">, </w:t>
      </w:r>
      <w:r w:rsidRPr="00D32B3E">
        <w:rPr>
          <w:rFonts w:cs="Mangal"/>
          <w:sz w:val="32"/>
          <w:szCs w:val="32"/>
          <w:cs/>
          <w:lang w:bidi="hi-IN"/>
        </w:rPr>
        <w:t>यूनिफॉर्म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पहनना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और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नियमों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का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पालन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करना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बच्चों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को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जिम्मेदार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बनाता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है।</w:t>
      </w:r>
    </w:p>
    <w:p w:rsidR="008E4368" w:rsidRPr="00D32B3E" w:rsidRDefault="00D32B3E">
      <w:pPr>
        <w:rPr>
          <w:sz w:val="32"/>
          <w:szCs w:val="32"/>
        </w:rPr>
      </w:pPr>
      <w:r w:rsidRPr="00D32B3E">
        <w:rPr>
          <w:rFonts w:cs="Mangal"/>
          <w:b/>
          <w:bCs/>
          <w:sz w:val="32"/>
          <w:szCs w:val="32"/>
          <w:cs/>
          <w:lang w:bidi="hi-IN"/>
        </w:rPr>
        <w:lastRenderedPageBreak/>
        <w:t>अध्याय</w:t>
      </w:r>
      <w:r w:rsidRPr="00D32B3E">
        <w:rPr>
          <w:b/>
          <w:bCs/>
          <w:sz w:val="32"/>
          <w:szCs w:val="32"/>
        </w:rPr>
        <w:t xml:space="preserve"> 15: Future Champ Cricket Academy </w:t>
      </w:r>
      <w:r w:rsidRPr="00D32B3E">
        <w:rPr>
          <w:rFonts w:cs="Mangal"/>
          <w:b/>
          <w:bCs/>
          <w:sz w:val="32"/>
          <w:szCs w:val="32"/>
          <w:cs/>
          <w:lang w:bidi="hi-IN"/>
        </w:rPr>
        <w:t>का</w:t>
      </w:r>
      <w:r w:rsidRPr="00D32B3E">
        <w:rPr>
          <w:b/>
          <w:bCs/>
          <w:sz w:val="32"/>
          <w:szCs w:val="32"/>
        </w:rPr>
        <w:t xml:space="preserve"> </w:t>
      </w:r>
      <w:r w:rsidRPr="00D32B3E">
        <w:rPr>
          <w:rFonts w:cs="Mangal"/>
          <w:b/>
          <w:bCs/>
          <w:sz w:val="32"/>
          <w:szCs w:val="32"/>
          <w:cs/>
          <w:lang w:bidi="hi-IN"/>
        </w:rPr>
        <w:t>विज़न</w:t>
      </w:r>
      <w:r w:rsidRPr="00D32B3E">
        <w:rPr>
          <w:sz w:val="32"/>
          <w:szCs w:val="32"/>
        </w:rPr>
        <w:br/>
      </w:r>
      <w:r w:rsidRPr="00D32B3E">
        <w:rPr>
          <w:rFonts w:cs="Mangal"/>
          <w:sz w:val="32"/>
          <w:szCs w:val="32"/>
          <w:cs/>
          <w:lang w:bidi="hi-IN"/>
        </w:rPr>
        <w:t>हमारा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लक्ष्य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भविष्य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के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चैंपियन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बनाना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है</w:t>
      </w:r>
      <w:r w:rsidRPr="00D32B3E">
        <w:rPr>
          <w:sz w:val="32"/>
          <w:szCs w:val="32"/>
        </w:rPr>
        <w:t xml:space="preserve"> – </w:t>
      </w:r>
      <w:r w:rsidRPr="00D32B3E">
        <w:rPr>
          <w:rFonts w:cs="Mangal"/>
          <w:sz w:val="32"/>
          <w:szCs w:val="32"/>
          <w:cs/>
          <w:lang w:bidi="hi-IN"/>
        </w:rPr>
        <w:t>अच्छे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खिलाड़ी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और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अच्छे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इंसान।</w:t>
      </w:r>
    </w:p>
    <w:p w:rsidR="008E4368" w:rsidRPr="00D32B3E" w:rsidRDefault="00D32B3E">
      <w:pPr>
        <w:rPr>
          <w:sz w:val="32"/>
          <w:szCs w:val="32"/>
        </w:rPr>
      </w:pPr>
      <w:r w:rsidRPr="00D32B3E">
        <w:rPr>
          <w:rFonts w:cs="Mangal"/>
          <w:b/>
          <w:bCs/>
          <w:sz w:val="32"/>
          <w:szCs w:val="32"/>
          <w:cs/>
          <w:lang w:bidi="hi-IN"/>
        </w:rPr>
        <w:t>निष्कर्ष</w:t>
      </w:r>
      <w:r w:rsidRPr="00D32B3E">
        <w:rPr>
          <w:sz w:val="32"/>
          <w:szCs w:val="32"/>
        </w:rPr>
        <w:br/>
      </w:r>
      <w:r w:rsidRPr="00D32B3E">
        <w:rPr>
          <w:rFonts w:cs="Mangal"/>
          <w:sz w:val="32"/>
          <w:szCs w:val="32"/>
          <w:cs/>
          <w:lang w:bidi="hi-IN"/>
        </w:rPr>
        <w:t>यदि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अंडर</w:t>
      </w:r>
      <w:r w:rsidRPr="00D32B3E">
        <w:rPr>
          <w:sz w:val="32"/>
          <w:szCs w:val="32"/>
        </w:rPr>
        <w:t xml:space="preserve"> 12 </w:t>
      </w:r>
      <w:r w:rsidRPr="00D32B3E">
        <w:rPr>
          <w:rFonts w:cs="Mangal"/>
          <w:sz w:val="32"/>
          <w:szCs w:val="32"/>
          <w:cs/>
          <w:lang w:bidi="hi-IN"/>
        </w:rPr>
        <w:t>उम्र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में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सही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मार्गदर्शन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मिले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तो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बच्चा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क्रिकेट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में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उज्ज्वल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भविष्य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बना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सकता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है।</w:t>
      </w:r>
      <w:r w:rsidRPr="00D32B3E">
        <w:rPr>
          <w:sz w:val="32"/>
          <w:szCs w:val="32"/>
        </w:rPr>
        <w:t xml:space="preserve"> Future Champ Cricket Academy </w:t>
      </w:r>
      <w:r w:rsidRPr="00D32B3E">
        <w:rPr>
          <w:rFonts w:cs="Mangal"/>
          <w:sz w:val="32"/>
          <w:szCs w:val="32"/>
          <w:cs/>
          <w:lang w:bidi="hi-IN"/>
        </w:rPr>
        <w:t>इसी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सोच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के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साथ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काम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करती</w:t>
      </w:r>
      <w:r w:rsidRPr="00D32B3E">
        <w:rPr>
          <w:sz w:val="32"/>
          <w:szCs w:val="32"/>
        </w:rPr>
        <w:t xml:space="preserve"> </w:t>
      </w:r>
      <w:r w:rsidRPr="00D32B3E">
        <w:rPr>
          <w:rFonts w:cs="Mangal"/>
          <w:sz w:val="32"/>
          <w:szCs w:val="32"/>
          <w:cs/>
          <w:lang w:bidi="hi-IN"/>
        </w:rPr>
        <w:t>है।</w:t>
      </w:r>
      <w:r w:rsidRPr="00D32B3E">
        <w:rPr>
          <w:sz w:val="32"/>
          <w:szCs w:val="32"/>
        </w:rPr>
        <w:br/>
      </w:r>
    </w:p>
    <w:sectPr w:rsidR="008E4368" w:rsidRPr="00D32B3E" w:rsidSect="00D32B3E">
      <w:pgSz w:w="12240" w:h="15840"/>
      <w:pgMar w:top="1440" w:right="1800" w:bottom="1440" w:left="1800" w:header="720" w:footer="720" w:gutter="0"/>
      <w:pgNumType w:start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3A0985"/>
    <w:rsid w:val="008E4368"/>
    <w:rsid w:val="00927A07"/>
    <w:rsid w:val="00A24088"/>
    <w:rsid w:val="00AA1D8D"/>
    <w:rsid w:val="00B47730"/>
    <w:rsid w:val="00CB0664"/>
    <w:rsid w:val="00D32B3E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29BE688"/>
  <w14:defaultImageDpi w14:val="300"/>
  <w15:docId w15:val="{4FDC32EB-D3B6-4803-A968-2CECF50D7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link w:val="NoSpacingChar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customStyle="1" w:styleId="NoSpacingChar">
    <w:name w:val="No Spacing Char"/>
    <w:basedOn w:val="DefaultParagraphFont"/>
    <w:link w:val="NoSpacing"/>
    <w:uiPriority w:val="1"/>
    <w:rsid w:val="00D32B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>jalna maharastra</CompanyAddress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CBE3EC9-DF41-484D-8BA3-EF5D0AAE4C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429</Words>
  <Characters>2449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>arjun tidke</Company>
  <LinksUpToDate>false</LinksUpToDate>
  <CharactersWithSpaces>2873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cricet</dc:creator>
  <cp:keywords/>
  <dc:description>generated by python-docx</dc:description>
  <cp:lastModifiedBy>SAI</cp:lastModifiedBy>
  <cp:revision>4</cp:revision>
  <dcterms:created xsi:type="dcterms:W3CDTF">2026-02-09T16:19:00Z</dcterms:created>
  <dcterms:modified xsi:type="dcterms:W3CDTF">2026-02-09T16:19:00Z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4c0754a3-df57-49d9-9005-459743c7f97f</vt:lpwstr>
  </property>
</Properties>
</file>